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val="0"/>
          <w:highlight w:val="yellow"/>
        </w:rPr>
        <w:t>[Ciudad]</w:t>
      </w:r>
      <w:r>
        <w:rPr>
          <w:b w:val="0"/>
        </w:rPr>
        <w:t xml:space="preserve">, </w:t>
      </w:r>
      <w:r>
        <w:rPr>
          <w:b w:val="0"/>
          <w:highlight w:val="yellow"/>
        </w:rPr>
        <w:t>[día]</w:t>
      </w:r>
      <w:r>
        <w:rPr>
          <w:b w:val="0"/>
        </w:rPr>
        <w:t xml:space="preserve"> de </w:t>
      </w:r>
      <w:r>
        <w:rPr>
          <w:b w:val="0"/>
          <w:highlight w:val="yellow"/>
        </w:rPr>
        <w:t>[mes]</w:t>
      </w:r>
      <w:r>
        <w:rPr>
          <w:b w:val="0"/>
        </w:rPr>
        <w:t xml:space="preserve"> de </w:t>
      </w:r>
      <w:r>
        <w:rPr>
          <w:b w:val="0"/>
          <w:highlight w:val="yellow"/>
        </w:rPr>
        <w:t>[año]</w:t>
      </w:r>
    </w:p>
    <w:p/>
    <w:p>
      <w:r>
        <w:rPr>
          <w:b w:val="0"/>
        </w:rPr>
        <w:t>Señores</w:t>
      </w:r>
    </w:p>
    <w:p>
      <w:r>
        <w:rPr>
          <w:b/>
          <w:highlight w:val="yellow"/>
        </w:rPr>
        <w:t>[NOMBRE DE LA ENTIDAD FINANCIERA O ACREEDOR PRENDARIO]</w:t>
      </w:r>
    </w:p>
    <w:p>
      <w:r>
        <w:rPr>
          <w:b w:val="0"/>
          <w:highlight w:val="yellow"/>
        </w:rPr>
        <w:t>[Área de servicio al cliente / cartera]</w:t>
      </w:r>
    </w:p>
    <w:p>
      <w:r>
        <w:rPr>
          <w:b w:val="0"/>
          <w:highlight w:val="yellow"/>
        </w:rPr>
        <w:t>[Correo o dirección de radicación]</w:t>
      </w:r>
    </w:p>
    <w:p/>
    <w:p>
      <w:r>
        <w:rPr>
          <w:b/>
        </w:rPr>
        <w:t xml:space="preserve">Asunto: Solicitud de paz y salvo y cancelación de la prenda (garantía mobiliaria) del vehículo de placa </w:t>
      </w:r>
      <w:r>
        <w:rPr>
          <w:b/>
          <w:highlight w:val="yellow"/>
        </w:rPr>
        <w:t>[PLACA]</w:t>
      </w:r>
    </w:p>
    <w:p/>
    <w:p>
      <w:r>
        <w:rPr>
          <w:b w:val="0"/>
        </w:rPr>
        <w:t>Respetados señores:</w:t>
      </w:r>
    </w:p>
    <w:p>
      <w:r>
        <w:rPr>
          <w:b w:val="0"/>
        </w:rPr>
        <w:t xml:space="preserve">Yo, </w:t>
      </w:r>
      <w:r>
        <w:rPr>
          <w:b w:val="0"/>
          <w:highlight w:val="yellow"/>
        </w:rPr>
        <w:t>[NOMBRE COMPLETO DEL PROPIETARIO]</w:t>
      </w:r>
      <w:r>
        <w:rPr>
          <w:b w:val="0"/>
        </w:rPr>
        <w:t xml:space="preserve">, identificado(a) con cédula de ciudadanía No. </w:t>
      </w:r>
      <w:r>
        <w:rPr>
          <w:b w:val="0"/>
          <w:highlight w:val="yellow"/>
        </w:rPr>
        <w:t>[NÚMERO]</w:t>
      </w:r>
      <w:r>
        <w:rPr>
          <w:b w:val="0"/>
        </w:rPr>
        <w:t xml:space="preserve">, propietario(a) del vehículo que se describe abajo y titular del crédito No. </w:t>
      </w:r>
      <w:r>
        <w:rPr>
          <w:b w:val="0"/>
          <w:highlight w:val="yellow"/>
        </w:rPr>
        <w:t>[NÚMERO DEL CRÉDITO]</w:t>
      </w:r>
      <w:r>
        <w:rPr>
          <w:b w:val="0"/>
        </w:rPr>
        <w:t xml:space="preserve">, informo que pagué la totalidad de la obligación el </w:t>
      </w:r>
      <w:r>
        <w:rPr>
          <w:b w:val="0"/>
          <w:highlight w:val="yellow"/>
        </w:rPr>
        <w:t>[FECHA DEL ÚLTIMO PAGO]</w:t>
      </w:r>
      <w:r>
        <w:rPr>
          <w:b w:val="0"/>
        </w:rPr>
        <w:t>, como consta en el soporte adjunto.</w:t>
      </w:r>
    </w:p>
    <w:p>
      <w:r>
        <w:rPr>
          <w:b/>
        </w:rPr>
        <w:t>Datos del vehículo:</w:t>
      </w:r>
    </w:p>
    <w:p>
      <w:pPr>
        <w:pStyle w:val="ListBullet"/>
      </w:pPr>
      <w:r>
        <w:t xml:space="preserve">Placa: </w:t>
      </w:r>
      <w:r>
        <w:rPr>
          <w:highlight w:val="yellow"/>
        </w:rPr>
        <w:t>[PLACA]</w:t>
      </w:r>
    </w:p>
    <w:p>
      <w:pPr>
        <w:pStyle w:val="ListBullet"/>
      </w:pPr>
      <w:r>
        <w:t xml:space="preserve">Clase y marca: </w:t>
      </w:r>
      <w:r>
        <w:rPr>
          <w:highlight w:val="yellow"/>
        </w:rPr>
        <w:t>[CARRO O MOTO]</w:t>
      </w:r>
      <w:r>
        <w:t xml:space="preserve"> – </w:t>
      </w:r>
      <w:r>
        <w:rPr>
          <w:highlight w:val="yellow"/>
        </w:rPr>
        <w:t>[MARCA]</w:t>
      </w:r>
    </w:p>
    <w:p>
      <w:pPr>
        <w:pStyle w:val="ListBullet"/>
      </w:pPr>
      <w:r>
        <w:t xml:space="preserve">Línea y modelo: </w:t>
      </w:r>
      <w:r>
        <w:rPr>
          <w:highlight w:val="yellow"/>
        </w:rPr>
        <w:t>[LÍNEA]</w:t>
      </w:r>
      <w:r>
        <w:t xml:space="preserve"> – </w:t>
      </w:r>
      <w:r>
        <w:rPr>
          <w:highlight w:val="yellow"/>
        </w:rPr>
        <w:t>[AÑO MODELO]</w:t>
      </w:r>
    </w:p>
    <w:p>
      <w:pPr>
        <w:pStyle w:val="ListBullet"/>
      </w:pPr>
      <w:r>
        <w:t xml:space="preserve">Número de motor: </w:t>
      </w:r>
      <w:r>
        <w:rPr>
          <w:highlight w:val="yellow"/>
        </w:rPr>
        <w:t>[NÚMERO DE MOTOR]</w:t>
      </w:r>
    </w:p>
    <w:p>
      <w:pPr>
        <w:pStyle w:val="ListBullet"/>
      </w:pPr>
      <w:r>
        <w:t xml:space="preserve">Número de chasis / serie / VIN: </w:t>
      </w:r>
      <w:r>
        <w:rPr>
          <w:highlight w:val="yellow"/>
        </w:rPr>
        <w:t>[NÚMERO]</w:t>
      </w:r>
    </w:p>
    <w:p>
      <w:pPr>
        <w:pStyle w:val="ListBullet"/>
      </w:pPr>
      <w:r>
        <w:t xml:space="preserve">Organismo de tránsito donde está matriculado: </w:t>
      </w:r>
      <w:r>
        <w:rPr>
          <w:highlight w:val="yellow"/>
        </w:rPr>
        <w:t>[EJ.: SECRETARÍA DISTRITAL DE MOVILIDAD DE BOGOTÁ]</w:t>
      </w:r>
    </w:p>
    <w:p>
      <w:r>
        <w:rPr>
          <w:b/>
        </w:rPr>
        <w:t>Con fundamento en el artículo 76 de la Ley 1676 de 2013, les solicito:</w:t>
      </w:r>
    </w:p>
    <w:p>
      <w:r>
        <w:rPr>
          <w:b w:val="0"/>
        </w:rPr>
        <w:t xml:space="preserve">1. Expedir el paz y salvo de la obligación No. </w:t>
      </w:r>
      <w:r>
        <w:rPr>
          <w:b w:val="0"/>
          <w:highlight w:val="yellow"/>
        </w:rPr>
        <w:t>[NÚMERO DEL CRÉDITO]</w:t>
      </w:r>
      <w:r>
        <w:rPr>
          <w:b w:val="0"/>
        </w:rPr>
        <w:t>.</w:t>
      </w:r>
    </w:p>
    <w:p>
      <w:r>
        <w:rPr>
          <w:b w:val="0"/>
        </w:rPr>
        <w:t>2. Inscribir el formulario de cancelación de la garantía en el Registro de Garantías Mobiliarias, para que la autorización de levantamiento quede reportada en el RUNT y pueda radicar el levantamiento de la prenda ante el organismo de tránsito.</w:t>
      </w:r>
    </w:p>
    <w:p>
      <w:r>
        <w:rPr>
          <w:b w:val="0"/>
        </w:rPr>
        <w:t>3. Si la prenda de este vehículo no está registrada en el Registro de Garantías Mobiliarias, expedir el documento original de levantamiento de la prenda dirigido al organismo de tránsito donde está matriculado el vehículo, con los datos completos del vehículo.</w:t>
      </w:r>
    </w:p>
    <w:p>
      <w:r>
        <w:rPr>
          <w:b w:val="0"/>
        </w:rPr>
        <w:t>4. Informarme por escrito la fecha en que la cancelación quede registrada.</w:t>
      </w:r>
    </w:p>
    <w:p>
      <w:r>
        <w:rPr>
          <w:b w:val="0"/>
        </w:rPr>
        <w:t>Agradezco su respuesta dentro de los quince (15) días siguientes a la recepción de esta solicitud, plazo previsto en el artículo 76 de la Ley 1676 de 2013.</w:t>
      </w:r>
    </w:p>
    <w:p>
      <w:r>
        <w:rPr>
          <w:b/>
        </w:rPr>
        <w:t>Anexos:</w:t>
      </w:r>
    </w:p>
    <w:p>
      <w:pPr>
        <w:pStyle w:val="ListBullet"/>
      </w:pPr>
      <w:r>
        <w:t>Copia de mi documento de identidad.</w:t>
      </w:r>
    </w:p>
    <w:p>
      <w:pPr>
        <w:pStyle w:val="ListBullet"/>
      </w:pPr>
      <w:r>
        <w:t>Soporte del pago total de la obligación.</w:t>
      </w:r>
    </w:p>
    <w:p>
      <w:pPr>
        <w:pStyle w:val="ListBullet"/>
      </w:pPr>
      <w:r>
        <w:rPr>
          <w:highlight w:val="yellow"/>
        </w:rPr>
        <w:t>[Otro anexo, si aplica]</w:t>
      </w:r>
    </w:p>
    <w:p>
      <w:r>
        <w:rPr>
          <w:b/>
        </w:rPr>
        <w:t>Recibo respuesta en:</w:t>
      </w:r>
    </w:p>
    <w:p>
      <w:r>
        <w:rPr>
          <w:b w:val="0"/>
        </w:rPr>
        <w:t xml:space="preserve">Correo electrónico: </w:t>
      </w:r>
      <w:r>
        <w:rPr>
          <w:b w:val="0"/>
          <w:highlight w:val="yellow"/>
        </w:rPr>
        <w:t>[CORREO]</w:t>
      </w:r>
    </w:p>
    <w:p>
      <w:r>
        <w:rPr>
          <w:b w:val="0"/>
        </w:rPr>
        <w:t xml:space="preserve">Teléfono: </w:t>
      </w:r>
      <w:r>
        <w:rPr>
          <w:b w:val="0"/>
          <w:highlight w:val="yellow"/>
        </w:rPr>
        <w:t>[CELULAR]</w:t>
      </w:r>
    </w:p>
    <w:p>
      <w:r>
        <w:rPr>
          <w:b w:val="0"/>
        </w:rPr>
        <w:t xml:space="preserve">Dirección: </w:t>
      </w:r>
      <w:r>
        <w:rPr>
          <w:b w:val="0"/>
          <w:highlight w:val="yellow"/>
        </w:rPr>
        <w:t>[DIRECCIÓN]</w:t>
      </w:r>
    </w:p>
    <w:p/>
    <w:p>
      <w:r>
        <w:rPr>
          <w:b w:val="0"/>
        </w:rPr>
        <w:t>Atentamente,</w:t>
      </w:r>
    </w:p>
    <w:p/>
    <w:p/>
    <w:p>
      <w:r>
        <w:rPr>
          <w:b w:val="0"/>
        </w:rPr>
        <w:t>_______________________________</w:t>
      </w:r>
    </w:p>
    <w:p>
      <w:r>
        <w:rPr>
          <w:b w:val="0"/>
          <w:highlight w:val="yellow"/>
        </w:rPr>
        <w:t>[NOMBRE COMPLETO]</w:t>
      </w:r>
    </w:p>
    <w:p>
      <w:r>
        <w:rPr>
          <w:b w:val="0"/>
        </w:rPr>
        <w:t xml:space="preserve">C.C. </w:t>
      </w:r>
      <w:r>
        <w:rPr>
          <w:b w:val="0"/>
          <w:highlight w:val="yellow"/>
        </w:rPr>
        <w:t>[NÚMERO]</w:t>
      </w:r>
    </w:p>
    <w:p/>
    <w:p>
      <w:r>
        <w:rPr>
          <w:b w:val="0"/>
          <w:color w:val="666666"/>
          <w:sz w:val="16"/>
        </w:rPr>
        <w:t>Modelo de referencia elaborado por Protiempo (protiempo.co), revisado el 2 de noviembre de 2026. No constituye asesoría legal. Cada entidad puede tener su propio formato o canal de solicitud; los requisitos del trámite en Bogotá se verifican en ventanillamovilidad.com.co.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Modelo de solicitud de levantamiento de prenda vehicular</dc:title>
  <dc:subject/>
  <dc:creator>Protiempo</dc:creator>
  <cp:keywords/>
  <dc:description>generated by python-docx</dc:description>
  <cp:lastModifiedBy/>
  <cp:revision>1</cp:revision>
  <dcterms:created xsi:type="dcterms:W3CDTF">2013-12-23T23:15:00Z</dcterms:created>
  <dcterms:modified xsi:type="dcterms:W3CDTF">2013-12-23T23:15:00Z</dcterms:modified>
  <cp:category/>
</cp:coreProperties>
</file>